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after="40" w:before="0"/>
      </w:pPr>
      <w:r>
        <w:rPr>
          <w:b/>
          <w:color w:val="16389C"/>
          <w:sz w:val="36"/>
        </w:rPr>
        <w:t>AANMANING</w:t>
      </w:r>
    </w:p>
    <w:p>
      <w:pPr>
        <w:spacing w:after="0" w:before="0"/>
      </w:pPr>
      <w:r>
        <w:rPr>
          <w:b/>
          <w:color w:val="16211E"/>
          <w:sz w:val="22"/>
        </w:rPr>
        <w:t>[Jouw bedrijfsnaam]</w:t>
      </w:r>
    </w:p>
    <w:p>
      <w:pPr>
        <w:spacing w:after="0" w:before="0"/>
      </w:pPr>
      <w:r>
        <w:rPr>
          <w:b w:val="0"/>
          <w:color w:val="5A615D"/>
          <w:sz w:val="19"/>
        </w:rPr>
        <w:t>[Straat en huisnummer], [Postcode en plaats]</w:t>
      </w:r>
    </w:p>
    <w:p>
      <w:pPr>
        <w:spacing w:after="240" w:before="0"/>
      </w:pPr>
      <w:r>
        <w:rPr>
          <w:b w:val="0"/>
          <w:color w:val="5A615D"/>
          <w:sz w:val="19"/>
        </w:rPr>
        <w:t>KvK-nummer: [8 cijfers]  Btw-id: [NL123456789B01]</w:t>
      </w:r>
    </w:p>
    <w:p>
      <w:pPr>
        <w:spacing w:after="0" w:before="0"/>
      </w:pPr>
      <w:r>
        <w:rPr>
          <w:b/>
          <w:color w:val="16211E"/>
          <w:sz w:val="20"/>
        </w:rPr>
        <w:t>Aan: [Naam klant]</w:t>
      </w:r>
    </w:p>
    <w:p>
      <w:pPr>
        <w:spacing w:after="0" w:before="0"/>
      </w:pPr>
      <w:r>
        <w:rPr>
          <w:b w:val="0"/>
          <w:color w:val="5A615D"/>
          <w:sz w:val="20"/>
        </w:rPr>
        <w:t>[Adres klant]</w:t>
      </w:r>
    </w:p>
    <w:p>
      <w:pPr>
        <w:spacing w:after="200" w:before="0"/>
      </w:pPr>
      <w:r>
        <w:rPr>
          <w:b w:val="0"/>
          <w:color w:val="5A615D"/>
          <w:sz w:val="20"/>
        </w:rPr>
        <w:t>[Postcode en plaats]</w:t>
      </w:r>
    </w:p>
    <w:p>
      <w:pPr>
        <w:spacing w:after="200" w:before="0"/>
      </w:pPr>
      <w:r>
        <w:rPr>
          <w:b w:val="0"/>
          <w:color w:val="5A615D"/>
          <w:sz w:val="20"/>
        </w:rPr>
        <w:t>[Plaats], [dd-mm-jjjj]</w:t>
      </w:r>
    </w:p>
    <w:p>
      <w:pPr>
        <w:spacing w:after="200" w:before="0"/>
      </w:pPr>
      <w:r>
        <w:rPr>
          <w:b/>
          <w:color w:val="16211E"/>
          <w:sz w:val="21"/>
        </w:rPr>
        <w:t>Betreft: laatste aanmaning factuur [factuurnummer]</w:t>
      </w:r>
    </w:p>
    <w:p>
      <w:pPr>
        <w:spacing w:after="160" w:before="0"/>
      </w:pPr>
      <w:r>
        <w:rPr>
          <w:b w:val="0"/>
          <w:color w:val="16211E"/>
          <w:sz w:val="21"/>
        </w:rPr>
        <w:t>Beste [naam],</w:t>
      </w:r>
    </w:p>
    <w:p>
      <w:pPr>
        <w:spacing w:after="160" w:before="0"/>
      </w:pPr>
      <w:r>
        <w:rPr>
          <w:b w:val="0"/>
          <w:color w:val="16211E"/>
          <w:sz w:val="21"/>
        </w:rPr>
        <w:t>Eerder stuurde ik je een herinnering voor factuur [factuurnummer] van [factuurdatum], met een openstaand bedrag van [EUR 0,00]. Tot op heden heb ik geen betaling ontvangen. Ik verzoek je dringend om het volledige bedrag alsnog te voldoen.</w:t>
      </w:r>
    </w:p>
    <w:p>
      <w:pPr>
        <w:spacing w:after="200" w:before="0"/>
      </w:pPr>
      <w:r>
        <w:rPr>
          <w:b w:val="0"/>
          <w:color w:val="16211E"/>
          <w:sz w:val="21"/>
        </w:rPr>
        <w:t>Ik verzoek je het openstaande bedrag van [EUR 0,00] te betalen binnen veertien dagen, ingaand op de dag nadat je deze brief hebt ontvangen. Maak het over op [IBAN NL00 BANK 0000 0000 00] ten name van [Jouw bedrijfsnaam], onder vermelding van factuurnummer [factuurnummer].</w:t>
      </w:r>
    </w:p>
    <w:p>
      <w:pPr>
        <w:spacing w:after="80" w:before="0"/>
      </w:pPr>
      <w:r>
        <w:rPr>
          <w:b/>
          <w:color w:val="16389C"/>
          <w:sz w:val="20"/>
        </w:rPr>
        <w:t>[Verwijder dit blok voor verzending:</w:t>
      </w:r>
    </w:p>
    <w:p>
      <w:pPr>
        <w:spacing w:after="80" w:before="0"/>
      </w:pPr>
      <w:r>
        <w:rPr>
          <w:b/>
          <w:color w:val="16389C"/>
          <w:sz w:val="20"/>
        </w:rPr>
        <w:t>Let op: is je klant een consument (particulier)?</w:t>
      </w:r>
    </w:p>
    <w:p>
      <w:pPr>
        <w:spacing w:after="200" w:before="0"/>
      </w:pPr>
      <w:r>
        <w:rPr>
          <w:b w:val="0"/>
          <w:color w:val="5A615D"/>
          <w:sz w:val="19"/>
        </w:rPr>
        <w:t>Bij een consument geldt de zogeheten 14-dagenbrief: je mag pas buitengerechtelijke incassokosten in rekening brengen nadat je de klant eerst deze kosteloze aanmaning hebt gestuurd met een betalingstermijn van minimaal veertien dagen, die ingaat op de dag nadat de klant de brief heeft ontvangen. Vermeld in dat geval ook duidelijk dat bij uitblijven van betaling incassokosten en wettelijke rente verschuldigd worden, en welk bedrag aan incassokosten dat is. Wettelijke basis: artikel 6:96 lid 6 Burgerlijk Wetboek (WIK). Bij een zakelijke klant is deze 14-dagenbrief niet verplicht.]</w:t>
      </w:r>
    </w:p>
    <w:p>
      <w:pPr>
        <w:spacing w:after="200" w:before="0"/>
      </w:pPr>
      <w:r>
        <w:rPr>
          <w:b w:val="0"/>
          <w:color w:val="16211E"/>
          <w:sz w:val="21"/>
        </w:rPr>
        <w:t>Betaal je niet binnen de genoemde termijn? Dan kan ik de vordering uit handen geven. De extra kosten die daarbij horen, komen dan voor jouw rekening.</w:t>
      </w:r>
    </w:p>
    <w:p>
      <w:pPr>
        <w:spacing w:after="40" w:before="0"/>
      </w:pPr>
      <w:r>
        <w:rPr>
          <w:b w:val="0"/>
          <w:color w:val="16211E"/>
          <w:sz w:val="21"/>
        </w:rPr>
        <w:t>Met vriendelijke groet,</w:t>
      </w:r>
    </w:p>
    <w:p>
      <w:pPr>
        <w:spacing w:after="0" w:before="0"/>
      </w:pPr>
      <w:r>
        <w:rPr>
          <w:b/>
          <w:color w:val="16211E"/>
          <w:sz w:val="21"/>
        </w:rPr>
        <w:t>[Jouw naam]</w:t>
      </w:r>
    </w:p>
    <w:p>
      <w:pPr>
        <w:spacing w:after="160" w:before="0"/>
      </w:pPr>
      <w:r>
        <w:rPr>
          <w:b w:val="0"/>
          <w:color w:val="5A615D"/>
          <w:sz w:val="20"/>
        </w:rPr>
        <w:t>[Jouw bedrijfsnaam]</w:t>
      </w:r>
    </w:p>
    <w:p>
      <w:pPr>
        <w:spacing w:after="0" w:before="0"/>
      </w:pPr>
      <w:r>
        <w:rPr>
          <w:b w:val="0"/>
          <w:color w:val="5A615D"/>
          <w:sz w:val="16"/>
        </w:rPr>
        <w:t>Dit voorbeeld is een hulpmiddel van bereko.nl, geen juridisch advies.</w:t>
      </w:r>
    </w:p>
    <w:sectPr w:rsidR="00FC693F" w:rsidRPr="0006063C" w:rsidSect="00034616">
      <w:pgSz w:w="12240" w:h="15840"/>
      <w:pgMar w:top="1247" w:right="1361" w:bottom="1134" w:left="1361"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Calibri" w:hAnsi="Calibri"/>
      <w:color w:val="16211E"/>
      <w:sz w:val="21"/>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