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before="0"/>
      </w:pPr>
      <w:r>
        <w:rPr>
          <w:b/>
          <w:color w:val="16389C"/>
          <w:sz w:val="36"/>
        </w:rPr>
        <w:t>BETALINGSHERINNERING</w:t>
      </w:r>
    </w:p>
    <w:p>
      <w:pPr>
        <w:spacing w:after="0" w:before="0"/>
      </w:pPr>
      <w:r>
        <w:rPr>
          <w:b/>
          <w:color w:val="16211E"/>
          <w:sz w:val="22"/>
        </w:rPr>
        <w:t>[Jouw bedrijfsnaam]</w:t>
      </w:r>
    </w:p>
    <w:p>
      <w:pPr>
        <w:spacing w:after="0" w:before="0"/>
      </w:pPr>
      <w:r>
        <w:rPr>
          <w:b w:val="0"/>
          <w:color w:val="5A615D"/>
          <w:sz w:val="19"/>
        </w:rPr>
        <w:t>[Straat en huisnummer], [Postcode en plaats]</w:t>
      </w:r>
    </w:p>
    <w:p>
      <w:pPr>
        <w:spacing w:after="240" w:before="0"/>
      </w:pPr>
      <w:r>
        <w:rPr>
          <w:b w:val="0"/>
          <w:color w:val="5A615D"/>
          <w:sz w:val="19"/>
        </w:rPr>
        <w:t>KvK-nummer: [8 cijfers]  Btw-id: [NL123456789B01]</w:t>
      </w:r>
    </w:p>
    <w:p>
      <w:pPr>
        <w:spacing w:after="0" w:before="0"/>
      </w:pPr>
      <w:r>
        <w:rPr>
          <w:b/>
          <w:color w:val="16211E"/>
          <w:sz w:val="20"/>
        </w:rPr>
        <w:t>Aan: [Naam klant]</w:t>
      </w:r>
    </w:p>
    <w:p>
      <w:pPr>
        <w:spacing w:after="0" w:before="0"/>
      </w:pPr>
      <w:r>
        <w:rPr>
          <w:b w:val="0"/>
          <w:color w:val="5A615D"/>
          <w:sz w:val="20"/>
        </w:rPr>
        <w:t>[Adres klant]</w:t>
      </w:r>
    </w:p>
    <w:p>
      <w:pPr>
        <w:spacing w:after="200" w:before="0"/>
      </w:pPr>
      <w:r>
        <w:rPr>
          <w:b w:val="0"/>
          <w:color w:val="5A615D"/>
          <w:sz w:val="20"/>
        </w:rPr>
        <w:t>[Postcode en plaats]</w:t>
      </w:r>
    </w:p>
    <w:p>
      <w:pPr>
        <w:spacing w:after="200" w:before="0"/>
      </w:pPr>
      <w:r>
        <w:rPr>
          <w:b w:val="0"/>
          <w:color w:val="5A615D"/>
          <w:sz w:val="20"/>
        </w:rPr>
        <w:t>[Plaats], [dd-mm-jjjj]</w:t>
      </w:r>
    </w:p>
    <w:p>
      <w:pPr>
        <w:spacing w:after="200" w:before="0"/>
      </w:pPr>
      <w:r>
        <w:rPr>
          <w:b/>
          <w:color w:val="16211E"/>
          <w:sz w:val="21"/>
        </w:rPr>
        <w:t>Betreft: herinnering factuur [factuurnummer]</w:t>
      </w:r>
    </w:p>
    <w:p>
      <w:pPr>
        <w:spacing w:after="160" w:before="0"/>
      </w:pPr>
      <w:r>
        <w:rPr>
          <w:b w:val="0"/>
          <w:color w:val="16211E"/>
          <w:sz w:val="21"/>
        </w:rPr>
        <w:t>Beste [naam],</w:t>
      </w:r>
    </w:p>
    <w:p>
      <w:pPr>
        <w:spacing w:after="160" w:before="0"/>
      </w:pPr>
      <w:r>
        <w:rPr>
          <w:b w:val="0"/>
          <w:color w:val="16211E"/>
          <w:sz w:val="21"/>
        </w:rPr>
        <w:t>Volgens onze administratie is factuur [factuurnummer] van [factuurdatum] met een bedrag van [EUR 0,00] nog niet betaald. De vervaldatum van [vervaldatum] is inmiddels verstreken. Waarschijnlijk is het je even ontgaan.</w:t>
      </w:r>
    </w:p>
    <w:p>
      <w:pPr>
        <w:spacing w:after="160" w:before="0"/>
      </w:pPr>
      <w:r>
        <w:rPr>
          <w:b w:val="0"/>
          <w:color w:val="16211E"/>
          <w:sz w:val="21"/>
        </w:rPr>
        <w:t>Wil je het bedrag van [EUR 0,00] binnen 14 dagen overmaken op [IBAN NL00 BANK 0000 0000 00] ten name van [Jouw bedrijfsnaam], onder vermelding van factuurnummer [factuurnummer]? Aan deze herinnering zijn geen kosten verbonden.</w:t>
      </w:r>
    </w:p>
    <w:p>
      <w:pPr>
        <w:spacing w:after="200" w:before="0"/>
      </w:pPr>
      <w:r>
        <w:rPr>
          <w:b w:val="0"/>
          <w:color w:val="16211E"/>
          <w:sz w:val="21"/>
        </w:rPr>
        <w:t>Heb je de factuur inmiddels al betaald? Dan kun je deze herinnering als niet verzonden beschouwen. Klopt er iets niet of heb je een vraag? Neem dan gerust contact met me op.</w:t>
      </w:r>
    </w:p>
    <w:p>
      <w:pPr>
        <w:spacing w:after="40" w:before="0"/>
      </w:pPr>
      <w:r>
        <w:rPr>
          <w:b w:val="0"/>
          <w:color w:val="16211E"/>
          <w:sz w:val="21"/>
        </w:rPr>
        <w:t>Met vriendelijke groet,</w:t>
      </w:r>
    </w:p>
    <w:p>
      <w:pPr>
        <w:spacing w:after="0" w:before="0"/>
      </w:pPr>
      <w:r>
        <w:rPr>
          <w:b/>
          <w:color w:val="16211E"/>
          <w:sz w:val="21"/>
        </w:rPr>
        <w:t>[Jouw naam]</w:t>
      </w:r>
    </w:p>
    <w:p>
      <w:pPr>
        <w:spacing w:after="0" w:before="0"/>
      </w:pPr>
      <w:r>
        <w:rPr>
          <w:b w:val="0"/>
          <w:color w:val="5A615D"/>
          <w:sz w:val="20"/>
        </w:rPr>
        <w:t>[Jouw bedrijfsnaam]</w:t>
      </w:r>
    </w:p>
    <w:sectPr w:rsidR="00FC693F" w:rsidRPr="0006063C" w:rsidSect="00034616">
      <w:pgSz w:w="12240" w:h="15840"/>
      <w:pgMar w:top="1247" w:right="1361" w:bottom="1134" w:left="136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color w:val="16211E"/>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