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6389C"/>
          <w:sz w:val="44"/>
        </w:rPr>
        <w:t>FACTUUR</w:t>
      </w:r>
    </w:p>
    <w:p>
      <w:pPr>
        <w:spacing w:after="0" w:before="0"/>
      </w:pPr>
      <w:r>
        <w:rPr>
          <w:b/>
          <w:color w:val="16211E"/>
          <w:sz w:val="24"/>
        </w:rPr>
        <w:t>[Jouw bedrijfsnaam]</w:t>
      </w:r>
    </w:p>
    <w:p>
      <w:pPr>
        <w:spacing w:after="0" w:before="0"/>
      </w:pPr>
      <w:r>
        <w:rPr>
          <w:b w:val="0"/>
          <w:color w:val="5A615D"/>
          <w:sz w:val="20"/>
        </w:rPr>
        <w:t>[Straat en huisnummer]</w:t>
      </w:r>
    </w:p>
    <w:p>
      <w:pPr>
        <w:spacing w:after="0" w:before="0"/>
      </w:pPr>
      <w:r>
        <w:rPr>
          <w:b w:val="0"/>
          <w:color w:val="5A615D"/>
          <w:sz w:val="20"/>
        </w:rPr>
        <w:t>[Postcode en plaats]</w:t>
      </w:r>
    </w:p>
    <w:p>
      <w:pPr>
        <w:spacing w:after="0" w:before="0"/>
      </w:pPr>
      <w:r>
        <w:rPr>
          <w:b w:val="0"/>
          <w:color w:val="5A615D"/>
          <w:sz w:val="20"/>
        </w:rPr>
        <w:t>KvK-nummer: [KvK-nummer, 8 cijfers]</w:t>
      </w:r>
    </w:p>
    <w:p>
      <w:pPr>
        <w:spacing w:after="0" w:before="0"/>
      </w:pPr>
      <w:r>
        <w:rPr>
          <w:b w:val="0"/>
          <w:color w:val="5A615D"/>
          <w:sz w:val="20"/>
        </w:rPr>
        <w:t>Btw-id: [NL123456789B01]</w:t>
      </w:r>
    </w:p>
    <w:p>
      <w:pPr>
        <w:spacing w:after="240" w:before="0"/>
      </w:pPr>
      <w:r>
        <w:rPr>
          <w:b w:val="0"/>
          <w:color w:val="5A615D"/>
          <w:sz w:val="20"/>
        </w:rPr>
        <w:t>IBAN: [NL00 BANK 0000 0000 00]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0" w:before="0"/>
            </w:pPr>
            <w:r>
              <w:rPr>
                <w:b/>
                <w:color w:val="5A615D"/>
                <w:sz w:val="16"/>
              </w:rPr>
              <w:t>FACTUUR AAN</w:t>
            </w:r>
          </w:p>
          <w:p>
            <w:pPr>
              <w:spacing w:after="40" w:before="0"/>
            </w:pPr>
            <w:r>
              <w:rPr>
                <w:b/>
                <w:color w:val="16211E"/>
                <w:sz w:val="20"/>
              </w:rPr>
              <w:t>[Naam klant]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[Adres klant]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[Postcode en plaats]</w:t>
            </w:r>
          </w:p>
          <w:p>
            <w:pPr>
              <w:spacing w:after="40" w:before="0"/>
            </w:pPr>
            <w:r>
              <w:rPr>
                <w:b w:val="0"/>
                <w:color w:val="5A615D"/>
                <w:sz w:val="18"/>
              </w:rPr>
              <w:t>Btw-id klant: [alleen bij btw verlegd]</w:t>
            </w:r>
          </w:p>
        </w:tc>
        <w:tc>
          <w:tcPr>
            <w:tcW w:type="dxa" w:w="4873"/>
          </w:tcPr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Factuurnummer: [2026-001]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Factuurdatum: [dd-mm-jjjj]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Leverdatum of periode: [dd-mm-jjjj]</w:t>
            </w:r>
          </w:p>
        </w:tc>
      </w:tr>
    </w:tbl>
    <w:p>
      <w:pPr>
        <w:spacing w:after="12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Omschrijving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Aantal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Prijs ex btw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Btw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Totaal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</w:tbl>
    <w:p>
      <w:pPr>
        <w:spacing w:after="80" w:before="0"/>
      </w:pPr>
    </w:p>
    <w:p>
      <w:pPr>
        <w:spacing w:after="40"/>
        <w:jc w:val="right"/>
      </w:pPr>
      <w:r>
        <w:rPr>
          <w:b w:val="0"/>
          <w:sz w:val="21"/>
        </w:rPr>
        <w:t xml:space="preserve">Subtotaal ex btw:  </w:t>
      </w:r>
      <w:r>
        <w:rPr>
          <w:b w:val="0"/>
          <w:color w:val="16211E"/>
          <w:sz w:val="21"/>
        </w:rPr>
        <w:t>[EUR 0,00]</w:t>
      </w:r>
    </w:p>
    <w:p>
      <w:pPr>
        <w:spacing w:after="40"/>
        <w:jc w:val="right"/>
      </w:pPr>
      <w:r>
        <w:rPr>
          <w:b w:val="0"/>
          <w:sz w:val="21"/>
        </w:rPr>
        <w:t xml:space="preserve">Btw 21%:  </w:t>
      </w:r>
      <w:r>
        <w:rPr>
          <w:b w:val="0"/>
          <w:color w:val="16211E"/>
          <w:sz w:val="21"/>
        </w:rPr>
        <w:t>[EUR 0,00]</w:t>
      </w:r>
    </w:p>
    <w:p>
      <w:pPr>
        <w:spacing w:after="40"/>
        <w:jc w:val="right"/>
      </w:pPr>
      <w:r>
        <w:rPr>
          <w:b/>
          <w:sz w:val="21"/>
        </w:rPr>
        <w:t xml:space="preserve">Totaal:  </w:t>
      </w:r>
      <w:r>
        <w:rPr>
          <w:b/>
          <w:color w:val="16389C"/>
          <w:sz w:val="21"/>
        </w:rPr>
        <w:t>[EUR 0,00]</w:t>
      </w:r>
    </w:p>
    <w:p>
      <w:pPr>
        <w:spacing w:after="160" w:before="0"/>
      </w:pPr>
    </w:p>
    <w:p>
      <w:pPr>
        <w:spacing w:after="80" w:before="0"/>
      </w:pPr>
      <w:r>
        <w:rPr>
          <w:b w:val="0"/>
          <w:color w:val="5A615D"/>
          <w:sz w:val="19"/>
        </w:rPr>
        <w:t>Betaling binnen [14] dagen op IBAN [NL00 BANK 0000 0000 00] ten name van [Jouw bedrijfsnaam], onder vermelding van het factuurnummer.</w:t>
      </w:r>
    </w:p>
    <w:p>
      <w:pPr>
        <w:spacing w:after="0" w:before="0"/>
      </w:pPr>
      <w:r>
        <w:rPr>
          <w:b w:val="0"/>
          <w:color w:val="5A615D"/>
          <w:sz w:val="17"/>
        </w:rPr>
        <w:t>Bij btw verlegd: vermeld 'btw verlegd' en het btw-id van je klant. Bij de kleineondernemersregeling (KOR): vermeld dat een btw-vrijstelling van toepassing is en breng geen btw in rekening.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621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