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6389C"/>
          <w:sz w:val="44"/>
        </w:rPr>
        <w:t>OFFERTE</w:t>
      </w:r>
    </w:p>
    <w:p>
      <w:pPr>
        <w:spacing w:after="0" w:before="0"/>
      </w:pPr>
      <w:r>
        <w:rPr>
          <w:b/>
          <w:color w:val="16211E"/>
          <w:sz w:val="24"/>
        </w:rPr>
        <w:t>[Jouw bedrijfsnaam]</w:t>
      </w:r>
    </w:p>
    <w:p>
      <w:pPr>
        <w:spacing w:after="0" w:before="0"/>
      </w:pPr>
      <w:r>
        <w:rPr>
          <w:b w:val="0"/>
          <w:color w:val="5A615D"/>
          <w:sz w:val="20"/>
        </w:rPr>
        <w:t>[Straat en huisnummer]</w:t>
      </w:r>
    </w:p>
    <w:p>
      <w:pPr>
        <w:spacing w:after="0" w:before="0"/>
      </w:pPr>
      <w:r>
        <w:rPr>
          <w:b w:val="0"/>
          <w:color w:val="5A615D"/>
          <w:sz w:val="20"/>
        </w:rPr>
        <w:t>[Postcode en plaats]</w:t>
      </w:r>
    </w:p>
    <w:p>
      <w:pPr>
        <w:spacing w:after="0" w:before="0"/>
      </w:pPr>
      <w:r>
        <w:rPr>
          <w:b w:val="0"/>
          <w:color w:val="5A615D"/>
          <w:sz w:val="20"/>
        </w:rPr>
        <w:t>KvK-nummer: [KvK-nummer, 8 cijfers]</w:t>
      </w:r>
    </w:p>
    <w:p>
      <w:pPr>
        <w:spacing w:after="240" w:before="0"/>
      </w:pPr>
      <w:r>
        <w:rPr>
          <w:b w:val="0"/>
          <w:color w:val="5A615D"/>
          <w:sz w:val="20"/>
        </w:rPr>
        <w:t>Btw-id: [NL123456789B01]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0" w:before="0"/>
            </w:pPr>
            <w:r>
              <w:rPr>
                <w:b/>
                <w:color w:val="5A615D"/>
                <w:sz w:val="16"/>
              </w:rPr>
              <w:t>OFFERTE VOOR</w:t>
            </w:r>
          </w:p>
          <w:p>
            <w:pPr>
              <w:spacing w:after="40" w:before="0"/>
            </w:pPr>
            <w:r>
              <w:rPr>
                <w:b/>
                <w:color w:val="16211E"/>
                <w:sz w:val="20"/>
              </w:rPr>
              <w:t>[Naam klant]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[Adres klant]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[Postcode en plaats]</w:t>
            </w:r>
          </w:p>
        </w:tc>
        <w:tc>
          <w:tcPr>
            <w:tcW w:type="dxa" w:w="4873"/>
          </w:tcPr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Offertenummer: [2026-001]</w:t>
            </w:r>
          </w:p>
          <w:p>
            <w:pPr>
              <w:spacing w:after="40" w:before="0"/>
            </w:pPr>
            <w:r>
              <w:rPr>
                <w:b w:val="0"/>
                <w:color w:val="16211E"/>
                <w:sz w:val="20"/>
              </w:rPr>
              <w:t>Offertedatum: [dd-mm-jjjj]</w:t>
            </w:r>
          </w:p>
          <w:p>
            <w:pPr>
              <w:spacing w:after="40" w:before="0"/>
            </w:pPr>
            <w:r>
              <w:rPr>
                <w:b/>
                <w:color w:val="16211E"/>
                <w:sz w:val="20"/>
              </w:rPr>
              <w:t>Geldig tot: [dd-mm-jjjj]</w:t>
            </w:r>
          </w:p>
        </w:tc>
      </w:tr>
    </w:tbl>
    <w:p>
      <w:pPr>
        <w:spacing w:after="120" w:before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Omschrijving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Aantal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Prijs ex btw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Btw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b/>
                <w:color w:val="16389C"/>
                <w:sz w:val="18"/>
              </w:rPr>
              <w:t>Totaal ex btw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  <w:tr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[Omschrijving]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[21%]</w:t>
            </w:r>
          </w:p>
        </w:tc>
        <w:tc>
          <w:tcPr>
            <w:tcW w:type="dxa" w:w="1949"/>
          </w:tcPr>
          <w:p>
            <w:pPr>
              <w:spacing w:after="40"/>
            </w:pPr>
            <w:r>
              <w:rPr>
                <w:color w:val="5A615D"/>
                <w:sz w:val="18"/>
              </w:rPr>
              <w:t>[EUR 0,00]</w:t>
            </w:r>
          </w:p>
        </w:tc>
      </w:tr>
    </w:tbl>
    <w:p>
      <w:pPr>
        <w:spacing w:after="80" w:before="0"/>
      </w:pPr>
    </w:p>
    <w:p>
      <w:pPr>
        <w:spacing w:after="40"/>
        <w:jc w:val="right"/>
      </w:pPr>
      <w:r>
        <w:rPr>
          <w:b w:val="0"/>
          <w:sz w:val="21"/>
        </w:rPr>
        <w:t xml:space="preserve">Subtotaal ex btw:  </w:t>
      </w:r>
      <w:r>
        <w:rPr>
          <w:b w:val="0"/>
          <w:color w:val="16211E"/>
          <w:sz w:val="21"/>
        </w:rPr>
        <w:t>[EUR 0,00]</w:t>
      </w:r>
    </w:p>
    <w:p>
      <w:pPr>
        <w:spacing w:after="40"/>
        <w:jc w:val="right"/>
      </w:pPr>
      <w:r>
        <w:rPr>
          <w:b w:val="0"/>
          <w:sz w:val="21"/>
        </w:rPr>
        <w:t xml:space="preserve">Btw 21%:  </w:t>
      </w:r>
      <w:r>
        <w:rPr>
          <w:b w:val="0"/>
          <w:color w:val="16211E"/>
          <w:sz w:val="21"/>
        </w:rPr>
        <w:t>[EUR 0,00]</w:t>
      </w:r>
    </w:p>
    <w:p>
      <w:pPr>
        <w:spacing w:after="40"/>
        <w:jc w:val="right"/>
      </w:pPr>
      <w:r>
        <w:rPr>
          <w:b/>
          <w:sz w:val="21"/>
        </w:rPr>
        <w:t xml:space="preserve">Totaal:  </w:t>
      </w:r>
      <w:r>
        <w:rPr>
          <w:b/>
          <w:color w:val="16389C"/>
          <w:sz w:val="21"/>
        </w:rPr>
        <w:t>[EUR 0,00]</w:t>
      </w:r>
    </w:p>
    <w:p>
      <w:pPr>
        <w:spacing w:after="160" w:before="0"/>
      </w:pPr>
    </w:p>
    <w:p>
      <w:pPr>
        <w:spacing w:after="80" w:before="0"/>
      </w:pPr>
      <w:r>
        <w:rPr>
          <w:b w:val="0"/>
          <w:color w:val="5A615D"/>
          <w:sz w:val="19"/>
        </w:rPr>
        <w:t>Deze offerte is geldig tot [dd-mm-jjjj]. De genoemde prijzen zijn exclusief btw, tenzij anders vermeld. [Tip voor jou, verwijder deze regel: voor een particuliere klant vermeld je alle prijzen inclusief btw.]</w:t>
      </w:r>
    </w:p>
    <w:p>
      <w:pPr>
        <w:spacing w:after="280" w:before="0"/>
      </w:pPr>
      <w:r>
        <w:rPr>
          <w:b w:val="0"/>
          <w:color w:val="5A615D"/>
          <w:sz w:val="18"/>
        </w:rPr>
        <w:t>Een offerte is een vrijblijvend aanbod. De opdracht komt tot stand zodra beide partijen akkoord geven.</w:t>
      </w:r>
    </w:p>
    <w:p>
      <w:pPr>
        <w:spacing w:after="160" w:before="0"/>
      </w:pPr>
      <w:r>
        <w:rPr>
          <w:b/>
          <w:color w:val="16389C"/>
          <w:sz w:val="22"/>
        </w:rPr>
        <w:t>Voor akkoord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0"/>
            </w:pPr>
            <w:r>
              <w:rPr>
                <w:b/>
                <w:color w:val="5A615D"/>
                <w:sz w:val="18"/>
              </w:rPr>
              <w:t>OPDRACHTNEMER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Naam: ______________________________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Datum: _____________________________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Handtekening: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________________________________</w:t>
            </w:r>
          </w:p>
        </w:tc>
        <w:tc>
          <w:tcPr>
            <w:tcW w:type="dxa" w:w="4873"/>
          </w:tcPr>
          <w:p>
            <w:pPr>
              <w:spacing w:after="40"/>
            </w:pPr>
            <w:r>
              <w:rPr>
                <w:b/>
                <w:color w:val="5A615D"/>
                <w:sz w:val="18"/>
              </w:rPr>
              <w:t>OPDRACHTGEVER (KLANT)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Naam: ______________________________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Datum: _____________________________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Handtekening:</w:t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</w:r>
          </w:p>
          <w:p>
            <w:pPr>
              <w:spacing w:after="120"/>
            </w:pPr>
            <w:r>
              <w:rPr>
                <w:color w:val="16211E"/>
                <w:sz w:val="19"/>
              </w:rPr>
              <w:t>________________________________</w:t>
            </w:r>
          </w:p>
        </w:tc>
      </w:tr>
    </w:tbl>
    <w:p>
      <w:pPr>
        <w:spacing w:after="40" w:before="0"/>
      </w:pPr>
    </w:p>
    <w:p>
      <w:pPr>
        <w:spacing w:after="0" w:before="0"/>
      </w:pPr>
      <w:r>
        <w:rPr>
          <w:b w:val="0"/>
          <w:color w:val="5A615D"/>
          <w:sz w:val="17"/>
        </w:rPr>
        <w:t>Voor akkoord: naam + datum + handtekening van beide partijen.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621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